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מוצרי מזון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קניה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שאלה ותשובה על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לחם, חלב וגבינה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(🧀)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(🍅)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קונה לחם, חלב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מקום שמוכרים בו מוצרי 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לחם,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 קצר עם שתי דמויות, שימוש במילים כמו לקנות, כמה זה עולה,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מילת מזון מהדף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כמה זה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השיחה בחנות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להראות תמונות של המוצרים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לגרסה הפשוטה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ומשפטים על קניות בסופרמרקט, בדיוק כמו בטקסט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קונה  ·  שקלים  ·  תפוחים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הכותב נמצא?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בסופרמרקט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הוא קונה?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לחם, חלב וגבינה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ביצים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תפוחים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🥛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בסופרמרקט.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רוצה גם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המוכר אומר: עשרים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 קונה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סופרמרקט הוא מקום לקנות בו אוכל.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לחם,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שיחה קצרה בחנות: אחד קונה ואחד מוכר. השתמשו במילים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של אוכל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שואלים כששואלים על 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בסופרמרקט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