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מוצרי מזון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קניה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שאלה ותשובה על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לחם, חלב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עשרים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(🧀)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(💰)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קונה לחם, חלב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מקום שמוכרים בו מוצרי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המחיר הוא עשרים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רוצה לדעת את המחיר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לחם,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וגבינה.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 קצר עם שתי דמויות, שימוש במילים כמו לקנות, כמה זה עולה,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שם מוצר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מילת מזון מהדף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כמה זה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השיחה בחנות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להראות תמונות של המוצרים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לגרסה הפשוטה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אוכל. נתרגל לקרוא ולכתוב משפטים קצרים על קניות.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אוכל, אוכלים אותו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לבן ששותים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שעושים מחלב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פרי, אדום או ירוק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סופרמרקט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לקנות בו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שמשלמים בו כשקונים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ולקבל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זה 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המחיר של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בסופרמרקט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הוא שם בעגלה?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לחם, חלב וגבינה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ביצים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בשר ודגים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צריך לשלם?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אומר את המחיר?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💰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סופרמרקט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🧀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בסופרמרקט.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רוצה 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המוכר אומר: עשרים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שואל: __________ זה עולה?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קונה לחם, חלב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קונה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סופרמרקט הוא מקום לקנות בו אוכל.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 אומר שזה עולה עשרה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שואל כמה זה 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וגבינה.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לחם,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בחנות: אחד קונה ואחד מוכר. השתמשו במילים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מה אתם קונים בסופרמרקט.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 אוכל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שואלים כששואלים על 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אני ___ בסופרמרקט.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בסופרמרקט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