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מוצרי מזון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על קניה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שאלה ותשובה על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לחם, חלב וגבינה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עשרים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(🧀)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(🍅)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(💰)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קונה לחם, חלב וגבינה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מקום שמוכרים בו מוצרי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המחיר הוא עשרים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רוצה לדעת את המחיר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לחם,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וגבינה.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דיאלוג קצר עם שתי דמויות, שימוש במילים כמו לקנות, כמה זה עולה,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שם מוצר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מילת מזון מהדף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כמה זה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השיחה בחנות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להראות תמונות של המוצרים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לגרסה הפשוטה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בסופרמרקט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ומשפטים על קניות בסופרמרקט, בדיוק כמו בטקסט שקראנו.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הכותב נמצא?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בסופרמרקט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הוא קונה?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לחם, חלב וגבינה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ביצים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בשר ודגים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עולה הקניה?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חמישים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עונה על השאלה 'כמה זה עולה'?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🍅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🧀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💰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סופרמרקט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בסופרמרקט.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רוצה גם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המוכר אומר: עשרים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שואל: __________ זה עולה?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קונה לחם, חלב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קונה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סופרמרקט הוא מקום לקנות בו אוכל.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 אומר שזה עולה עשרה שקלים.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שואל כמה זה 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וגבינה.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בחנות: אחד קונה ואחד מוכר. השתמשו במילים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מה אתם קונים בסופרמרקט.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 אוכל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שואלים כששואלים על 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אני ___ בסופרמרקט.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 בסופרמרקט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